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83" w:rsidRDefault="00150F47">
      <w:pPr>
        <w:pStyle w:val="1"/>
      </w:pPr>
      <w:bookmarkStart w:id="0" w:name="_GoBack"/>
      <w:bookmarkEnd w:id="0"/>
      <w:r>
        <w:t>ΦΥΛΛΟ ΕΡΓΑΣΙΑΣ ΠΛΗΡΟΦΟΡΙΚΗΣ – Γ΄ ΓΥΜΝΑΣΙΟΥ</w:t>
      </w:r>
    </w:p>
    <w:p w:rsidR="00801483" w:rsidRDefault="00150F47">
      <w:r>
        <w:rPr>
          <w:b/>
        </w:rPr>
        <w:t>Θέμα: Εντολές Εισόδου και Εξόδου στην Python</w:t>
      </w:r>
      <w:r>
        <w:rPr>
          <w:b/>
        </w:rPr>
        <w:br/>
      </w:r>
      <w:r>
        <w:t>Ονοματεπώνυμο: __________________________   Τμήμα: ______   Ημερομηνία: __________</w:t>
      </w:r>
    </w:p>
    <w:p w:rsidR="00801483" w:rsidRDefault="00150F47">
      <w:pPr>
        <w:pStyle w:val="21"/>
      </w:pPr>
      <w:r>
        <w:t>1. Στόχοι Μαθήματος</w:t>
      </w:r>
    </w:p>
    <w:p w:rsidR="00801483" w:rsidRDefault="00150F47">
      <w:r>
        <w:t>Με την ολοκλήρωση του φύλλου εργασίας οι μαθητές θα μπορούν να:</w:t>
      </w:r>
      <w:r>
        <w:br/>
      </w:r>
      <w:r>
        <w:t>• Χρησιμοποιούν την εντολή print() για εμφάνιση μηνυμάτων.</w:t>
      </w:r>
      <w:r>
        <w:br/>
        <w:t>• Χρησιμοποιούν την εντολή input() για εισαγωγή δεδομένων.</w:t>
      </w:r>
      <w:r>
        <w:br/>
        <w:t>• Δημιουργούν σύνθετα μηνύματα εξόδου.</w:t>
      </w:r>
      <w:r>
        <w:br/>
        <w:t>• Συνδυάζουν κείμενο, μεταβλητές και αριθμητικές πράξεις.</w:t>
      </w:r>
    </w:p>
    <w:p w:rsidR="00801483" w:rsidRDefault="00150F47">
      <w:pPr>
        <w:pStyle w:val="21"/>
      </w:pPr>
      <w:r>
        <w:t>2. Θεωρία</w:t>
      </w:r>
    </w:p>
    <w:p w:rsidR="00801483" w:rsidRDefault="00150F47">
      <w:r>
        <w:t>Εντολή εξόδου:</w:t>
      </w:r>
      <w:r>
        <w:br/>
        <w:t xml:space="preserve">print("Γεια σου </w:t>
      </w:r>
      <w:r>
        <w:t>κόσμε!")</w:t>
      </w:r>
      <w:r>
        <w:br/>
      </w:r>
      <w:r>
        <w:br/>
        <w:t>Εντολή εισόδου:</w:t>
      </w:r>
      <w:r>
        <w:br/>
        <w:t>onoma = input("Δώσε το όνομά σου: ")</w:t>
      </w:r>
      <w:r>
        <w:br/>
      </w:r>
      <w:r>
        <w:br/>
        <w:t>Σύνθετη έξοδος:</w:t>
      </w:r>
      <w:r>
        <w:br/>
        <w:t>print("Γεια σου", onoma)</w:t>
      </w:r>
      <w:r>
        <w:br/>
        <w:t>print("Ο μαθητής", onoma, "βρίσκεται στη Γ΄ Γυμνασίου.")</w:t>
      </w:r>
    </w:p>
    <w:p w:rsidR="00801483" w:rsidRDefault="00150F47">
      <w:pPr>
        <w:pStyle w:val="21"/>
      </w:pPr>
      <w:r>
        <w:t>3. Παραδείγματα</w:t>
      </w:r>
    </w:p>
    <w:p w:rsidR="00801483" w:rsidRDefault="00150F47">
      <w:r>
        <w:t>Παράδειγμα 1</w:t>
      </w:r>
      <w:r>
        <w:br/>
        <w:t>onoma = input("Πώς σε λένε; ")</w:t>
      </w:r>
      <w:r>
        <w:br/>
        <w:t>print("Χάρηκα", onoma)</w:t>
      </w:r>
      <w:r>
        <w:br/>
      </w:r>
      <w:r>
        <w:br/>
        <w:t>Παράδειγμα</w:t>
      </w:r>
      <w:r>
        <w:t xml:space="preserve"> 2</w:t>
      </w:r>
      <w:r>
        <w:br/>
        <w:t>ilikia = input("Δώσε την ηλικία σου: ")</w:t>
      </w:r>
      <w:r>
        <w:br/>
        <w:t>print("Είσαι", ilikia, "ετών.")</w:t>
      </w:r>
    </w:p>
    <w:p w:rsidR="00801483" w:rsidRDefault="00150F47">
      <w:pPr>
        <w:pStyle w:val="21"/>
      </w:pPr>
      <w:r>
        <w:t>4. Ασκήσεις Κατανόησης</w:t>
      </w:r>
    </w:p>
    <w:p w:rsidR="00801483" w:rsidRDefault="00150F47">
      <w:r>
        <w:t>1. Να γράψεις πρόγραμμα που εμφανίζει το μήνυμα: Καλώς ήρθατε στο μάθημα Πληροφορικής!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</w:t>
      </w:r>
      <w:r>
        <w:t>___________________</w:t>
      </w:r>
      <w:r>
        <w:br/>
      </w:r>
    </w:p>
    <w:p w:rsidR="00801483" w:rsidRDefault="00150F47">
      <w:r>
        <w:t>2. Να ζητά από τον χρήστη το όνομά του και να εμφανίζει: Γεια σου &lt;όνομα&gt;.</w:t>
      </w:r>
    </w:p>
    <w:p w:rsidR="00801483" w:rsidRDefault="00150F47">
      <w:r>
        <w:lastRenderedPageBreak/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r>
        <w:t>3. Να ζητά το αγαπημένο χρώμα και να εμφανίζει: Το αγαπημένο σου χρώ</w:t>
      </w:r>
      <w:r>
        <w:t>μα είναι το &lt;χρώμα&gt;.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r>
        <w:t>4. Να ζητά όνομα και επώνυμο και να εμφανίζει το πλήρες όνομα.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</w:t>
      </w:r>
      <w:r>
        <w:t>__________</w:t>
      </w:r>
      <w:r>
        <w:br/>
      </w:r>
    </w:p>
    <w:p w:rsidR="00801483" w:rsidRDefault="00150F47">
      <w:r>
        <w:t>5. Να ζητά το σχολείο του μαθητή και να εμφανίζει μήνυμα καλωσορίσματος.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pPr>
        <w:pStyle w:val="21"/>
      </w:pPr>
      <w:r>
        <w:t>5. Σύνθετες Εντολές Εξόδου</w:t>
      </w:r>
    </w:p>
    <w:p w:rsidR="00801483" w:rsidRDefault="00150F47">
      <w:r>
        <w:t xml:space="preserve">Να δημιουργήσεις προγράμματα που εμφανίζουν σύνθετα </w:t>
      </w:r>
      <w:r>
        <w:t>μηνύματα χρησιμοποιώντας πολλές μεταβλητές.</w:t>
      </w:r>
    </w:p>
    <w:p w:rsidR="00801483" w:rsidRDefault="00150F47">
      <w:r>
        <w:t>1. Ζήτησε όνομα και ηλικία και εμφάνισε: Ο μαθητής &lt;όνομα&gt; είναι &lt;ηλικία&gt; ετών.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r>
        <w:t>2. Ζήτησε όνομα, πόλη και σχολείο και εμ</w:t>
      </w:r>
      <w:r>
        <w:t>φάνισε μια πρόταση που να περιέχει και τις τρεις πληροφορίες.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r>
        <w:t>3. Ζήτησε αγαπημένο άθλημα και ομάδα και εμφάνισε κατάλληλο μήνυμα.</w:t>
      </w:r>
    </w:p>
    <w:p w:rsidR="00801483" w:rsidRDefault="00150F47">
      <w:r>
        <w:lastRenderedPageBreak/>
        <w:t>Κώδικας:</w:t>
      </w:r>
      <w:r>
        <w:br/>
        <w:t>_________________________</w:t>
      </w:r>
      <w:r>
        <w:t>_______________</w:t>
      </w:r>
      <w:r>
        <w:br/>
        <w:t>________________________________________</w:t>
      </w:r>
      <w:r>
        <w:br/>
      </w:r>
    </w:p>
    <w:p w:rsidR="00801483" w:rsidRDefault="00150F47">
      <w:r>
        <w:t>4. Ζήτησε δύο αριθμούς και εμφάνισε: Το άθροισμα των αριθμών είναι ...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r>
        <w:t xml:space="preserve">5. Ζήτησε τρεις βαθμούς και </w:t>
      </w:r>
      <w:r>
        <w:t>εμφάνισε όλους τους βαθμούς σε μία πρόταση.</w:t>
      </w:r>
    </w:p>
    <w:p w:rsidR="00801483" w:rsidRDefault="00150F47">
      <w:r>
        <w:t>Κώδικας:</w:t>
      </w:r>
      <w:r>
        <w:br/>
        <w:t>________________________________________</w:t>
      </w:r>
      <w:r>
        <w:br/>
        <w:t>________________________________________</w:t>
      </w:r>
      <w:r>
        <w:br/>
      </w:r>
    </w:p>
    <w:p w:rsidR="00801483" w:rsidRDefault="00150F47">
      <w:pPr>
        <w:pStyle w:val="21"/>
      </w:pPr>
      <w:r>
        <w:t>6. Πρόκληση</w:t>
      </w:r>
    </w:p>
    <w:p w:rsidR="00801483" w:rsidRDefault="00150F47">
      <w:r>
        <w:t>Να δημιουργήσεις πρόγραμμα που ζητά:</w:t>
      </w:r>
      <w:r>
        <w:br/>
        <w:t>• Όνομα</w:t>
      </w:r>
      <w:r>
        <w:br/>
        <w:t>• Ηλικία</w:t>
      </w:r>
      <w:r>
        <w:br/>
        <w:t>• Πόλη</w:t>
      </w:r>
      <w:r>
        <w:br/>
        <w:t>• Αγαπημένο μάθημα</w:t>
      </w:r>
      <w:r>
        <w:br/>
      </w:r>
      <w:r>
        <w:br/>
        <w:t>και εμφανίζει ένα ολοκληρωμ</w:t>
      </w:r>
      <w:r>
        <w:t>ένο μήνυμα παρουσίασης του μαθητή.</w:t>
      </w:r>
    </w:p>
    <w:p w:rsidR="00801483" w:rsidRDefault="00150F47">
      <w:pPr>
        <w:pStyle w:val="21"/>
      </w:pPr>
      <w:r>
        <w:t>7. Αυτοαξιολόγηση</w:t>
      </w:r>
    </w:p>
    <w:p w:rsidR="00801483" w:rsidRDefault="00150F47">
      <w:r>
        <w:t>□ Μπορώ να χρησιμοποιώ την print().</w:t>
      </w:r>
      <w:r>
        <w:br/>
        <w:t>□ Μπορώ να χρησιμοποιώ την input().</w:t>
      </w:r>
      <w:r>
        <w:br/>
        <w:t>□ Μπορώ να εμφανίζω σύνθετα μηνύματα.</w:t>
      </w:r>
      <w:r>
        <w:br/>
        <w:t>□ Μπορώ να συνδυάζω πολλές μεταβλητές σε μία έξοδο.</w:t>
      </w:r>
    </w:p>
    <w:sectPr w:rsidR="0080148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0F47"/>
    <w:rsid w:val="0029639D"/>
    <w:rsid w:val="00326F90"/>
    <w:rsid w:val="0080148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6E0162D-EDD9-458A-8CD7-4056DB74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2551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Panos</cp:lastModifiedBy>
  <cp:revision>2</cp:revision>
  <dcterms:created xsi:type="dcterms:W3CDTF">2026-06-06T13:59:00Z</dcterms:created>
  <dcterms:modified xsi:type="dcterms:W3CDTF">2026-06-06T13:59:00Z</dcterms:modified>
</cp:coreProperties>
</file>