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4"/>
        </w:rPr>
        <w:t>USEFUL CLASSROOM ENGLISH</w:t>
      </w:r>
    </w:p>
    <w:p>
      <w:pPr>
        <w:jc w:val="center"/>
      </w:pPr>
      <w:r>
        <w:rPr>
          <w:i/>
          <w:sz w:val="21"/>
        </w:rPr>
        <w:t>Expressions you can use in our English lessons</w:t>
      </w:r>
    </w:p>
    <w:p>
      <w:r>
        <w:rPr>
          <w:b/>
          <w:sz w:val="24"/>
        </w:rPr>
        <w:t>When you need help</w:t>
      </w:r>
    </w:p>
    <w:p>
      <w:r>
        <w:t>• I don't understand.</w:t>
      </w:r>
    </w:p>
    <w:p>
      <w:r>
        <w:t>• Can you repeat, please?</w:t>
      </w:r>
    </w:p>
    <w:p>
      <w:r>
        <w:t>• Can you speak more slowly?</w:t>
      </w:r>
    </w:p>
    <w:p>
      <w:r>
        <w:t>• What does ___ mean?</w:t>
      </w:r>
    </w:p>
    <w:p>
      <w:r>
        <w:t>• How do you spell ___?</w:t>
      </w:r>
    </w:p>
    <w:p>
      <w:r>
        <w:t>• How do you say ___ in English?</w:t>
      </w:r>
    </w:p>
    <w:p>
      <w:r>
        <w:t>• Can you help me?</w:t>
      </w:r>
    </w:p>
    <w:p>
      <w:r>
        <w:t>• Can I ask a question?</w:t>
      </w:r>
    </w:p>
    <w:p>
      <w:r>
        <w:rPr>
          <w:b/>
          <w:sz w:val="24"/>
        </w:rPr>
        <w:t>When you work with classmates</w:t>
      </w:r>
    </w:p>
    <w:p>
      <w:r>
        <w:t>• Can I work with you?</w:t>
      </w:r>
    </w:p>
    <w:p>
      <w:r>
        <w:t>• What do you think?</w:t>
      </w:r>
    </w:p>
    <w:p>
      <w:r>
        <w:t>• I agree.</w:t>
      </w:r>
    </w:p>
    <w:p>
      <w:r>
        <w:t>• I don't agree.</w:t>
      </w:r>
    </w:p>
    <w:p>
      <w:r>
        <w:t>• I think…</w:t>
      </w:r>
    </w:p>
    <w:p>
      <w:r>
        <w:t>• In my opinion,…</w:t>
      </w:r>
    </w:p>
    <w:p>
      <w:r>
        <w:t>• That's a good idea.</w:t>
      </w:r>
    </w:p>
    <w:p>
      <w:r>
        <w:t>• Let's do it together.</w:t>
      </w:r>
    </w:p>
    <w:p>
      <w:r>
        <w:rPr>
          <w:b/>
          <w:sz w:val="24"/>
        </w:rPr>
        <w:t>Challenge</w:t>
      </w:r>
    </w:p>
    <w:p>
      <w:r>
        <w:t>Try to use at least TWO of these expressions in your next English lesson.</w:t>
      </w:r>
    </w:p>
    <w:sectPr w:rsidR="00FC693F" w:rsidRPr="0006063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