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013B1" w14:textId="77777777" w:rsidR="003D607B" w:rsidRDefault="00000000">
      <w:pPr>
        <w:jc w:val="center"/>
      </w:pPr>
      <w:r>
        <w:rPr>
          <w:b/>
          <w:sz w:val="34"/>
        </w:rPr>
        <w:t>UNIT 1 – MY WORLD</w:t>
      </w:r>
    </w:p>
    <w:p w14:paraId="75B061D0" w14:textId="77777777" w:rsidR="003D607B" w:rsidRDefault="00000000">
      <w:pPr>
        <w:jc w:val="center"/>
      </w:pPr>
      <w:r>
        <w:rPr>
          <w:i/>
        </w:rPr>
        <w:t>Student Profile</w:t>
      </w:r>
    </w:p>
    <w:p w14:paraId="0AA553B7" w14:textId="77777777" w:rsidR="003D607B" w:rsidRDefault="00000000">
      <w:r>
        <w:t>Complete the profile. Use English phrases and full sentences where possible.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3D607B" w14:paraId="0C96323C" w14:textId="77777777">
        <w:trPr>
          <w:jc w:val="center"/>
        </w:trPr>
        <w:tc>
          <w:tcPr>
            <w:tcW w:w="5156" w:type="dxa"/>
          </w:tcPr>
          <w:p w14:paraId="03893D5F" w14:textId="77777777" w:rsidR="003D607B" w:rsidRDefault="00000000">
            <w:r>
              <w:rPr>
                <w:b/>
              </w:rPr>
              <w:t>MY PROFILE</w:t>
            </w:r>
          </w:p>
        </w:tc>
        <w:tc>
          <w:tcPr>
            <w:tcW w:w="5156" w:type="dxa"/>
          </w:tcPr>
          <w:p w14:paraId="4304073B" w14:textId="77777777" w:rsidR="003D607B" w:rsidRDefault="003D607B"/>
        </w:tc>
      </w:tr>
      <w:tr w:rsidR="003D607B" w14:paraId="2FF31DDF" w14:textId="77777777">
        <w:trPr>
          <w:jc w:val="center"/>
        </w:trPr>
        <w:tc>
          <w:tcPr>
            <w:tcW w:w="5156" w:type="dxa"/>
          </w:tcPr>
          <w:p w14:paraId="7911EC6E" w14:textId="77777777" w:rsidR="003D607B" w:rsidRDefault="00000000">
            <w:r>
              <w:t>Name</w:t>
            </w:r>
          </w:p>
        </w:tc>
        <w:tc>
          <w:tcPr>
            <w:tcW w:w="5156" w:type="dxa"/>
          </w:tcPr>
          <w:p w14:paraId="3FA8207C" w14:textId="77777777" w:rsidR="003D607B" w:rsidRDefault="00000000">
            <w:r>
              <w:t>________________________________</w:t>
            </w:r>
          </w:p>
        </w:tc>
      </w:tr>
      <w:tr w:rsidR="003D607B" w14:paraId="26458697" w14:textId="77777777">
        <w:trPr>
          <w:jc w:val="center"/>
        </w:trPr>
        <w:tc>
          <w:tcPr>
            <w:tcW w:w="5156" w:type="dxa"/>
          </w:tcPr>
          <w:p w14:paraId="1CCDD246" w14:textId="77777777" w:rsidR="003D607B" w:rsidRDefault="00000000">
            <w:r>
              <w:t>Age</w:t>
            </w:r>
          </w:p>
        </w:tc>
        <w:tc>
          <w:tcPr>
            <w:tcW w:w="5156" w:type="dxa"/>
          </w:tcPr>
          <w:p w14:paraId="1F088E3D" w14:textId="77777777" w:rsidR="003D607B" w:rsidRDefault="00000000">
            <w:r>
              <w:t>________________________________</w:t>
            </w:r>
          </w:p>
        </w:tc>
      </w:tr>
      <w:tr w:rsidR="003D607B" w14:paraId="1ECD0B4F" w14:textId="77777777">
        <w:trPr>
          <w:jc w:val="center"/>
        </w:trPr>
        <w:tc>
          <w:tcPr>
            <w:tcW w:w="5156" w:type="dxa"/>
          </w:tcPr>
          <w:p w14:paraId="54490CD2" w14:textId="77777777" w:rsidR="003D607B" w:rsidRDefault="00000000">
            <w:r>
              <w:t>Where I live</w:t>
            </w:r>
          </w:p>
        </w:tc>
        <w:tc>
          <w:tcPr>
            <w:tcW w:w="5156" w:type="dxa"/>
          </w:tcPr>
          <w:p w14:paraId="117DB673" w14:textId="77777777" w:rsidR="003D607B" w:rsidRDefault="00000000">
            <w:r>
              <w:t>________________________________</w:t>
            </w:r>
          </w:p>
        </w:tc>
      </w:tr>
      <w:tr w:rsidR="003D607B" w14:paraId="455C2099" w14:textId="77777777">
        <w:trPr>
          <w:jc w:val="center"/>
        </w:trPr>
        <w:tc>
          <w:tcPr>
            <w:tcW w:w="5156" w:type="dxa"/>
          </w:tcPr>
          <w:p w14:paraId="3B378BA6" w14:textId="77777777" w:rsidR="003D607B" w:rsidRDefault="00000000">
            <w:r>
              <w:t>Favourite school subject</w:t>
            </w:r>
          </w:p>
        </w:tc>
        <w:tc>
          <w:tcPr>
            <w:tcW w:w="5156" w:type="dxa"/>
          </w:tcPr>
          <w:p w14:paraId="5CF530C0" w14:textId="77777777" w:rsidR="003D607B" w:rsidRDefault="00000000">
            <w:r>
              <w:t>________________________________</w:t>
            </w:r>
          </w:p>
        </w:tc>
      </w:tr>
      <w:tr w:rsidR="003D607B" w14:paraId="77479F93" w14:textId="77777777">
        <w:trPr>
          <w:jc w:val="center"/>
        </w:trPr>
        <w:tc>
          <w:tcPr>
            <w:tcW w:w="5156" w:type="dxa"/>
          </w:tcPr>
          <w:p w14:paraId="7A5B682B" w14:textId="77777777" w:rsidR="003D607B" w:rsidRDefault="00000000">
            <w:r>
              <w:t>Hobbies / free-time activities</w:t>
            </w:r>
          </w:p>
        </w:tc>
        <w:tc>
          <w:tcPr>
            <w:tcW w:w="5156" w:type="dxa"/>
          </w:tcPr>
          <w:p w14:paraId="1FB82A9E" w14:textId="77777777" w:rsidR="003D607B" w:rsidRDefault="00000000">
            <w:r>
              <w:t>________________________________</w:t>
            </w:r>
          </w:p>
        </w:tc>
      </w:tr>
      <w:tr w:rsidR="003D607B" w14:paraId="4F5A60CB" w14:textId="77777777">
        <w:trPr>
          <w:jc w:val="center"/>
        </w:trPr>
        <w:tc>
          <w:tcPr>
            <w:tcW w:w="5156" w:type="dxa"/>
          </w:tcPr>
          <w:p w14:paraId="11C1C2BE" w14:textId="77777777" w:rsidR="003D607B" w:rsidRDefault="00000000">
            <w:r>
              <w:t>Something I am good at</w:t>
            </w:r>
          </w:p>
        </w:tc>
        <w:tc>
          <w:tcPr>
            <w:tcW w:w="5156" w:type="dxa"/>
          </w:tcPr>
          <w:p w14:paraId="51589BB5" w14:textId="77777777" w:rsidR="003D607B" w:rsidRDefault="00000000">
            <w:r>
              <w:t>________________________________</w:t>
            </w:r>
          </w:p>
        </w:tc>
      </w:tr>
    </w:tbl>
    <w:p w14:paraId="2CBFC14E" w14:textId="77777777" w:rsidR="004F64F1" w:rsidRDefault="004F64F1">
      <w:pPr>
        <w:rPr>
          <w:b/>
          <w:sz w:val="24"/>
        </w:rPr>
      </w:pPr>
    </w:p>
    <w:p w14:paraId="486BB334" w14:textId="77777777" w:rsidR="004F64F1" w:rsidRDefault="004F64F1">
      <w:pPr>
        <w:rPr>
          <w:b/>
          <w:sz w:val="24"/>
        </w:rPr>
      </w:pPr>
    </w:p>
    <w:p w14:paraId="5940371E" w14:textId="5367992A" w:rsidR="003D607B" w:rsidRDefault="00000000">
      <w:r>
        <w:rPr>
          <w:b/>
          <w:sz w:val="24"/>
        </w:rPr>
        <w:t>Now write 5–6 sentences about yourself.</w:t>
      </w:r>
    </w:p>
    <w:p w14:paraId="0F8F5EE8" w14:textId="77777777" w:rsidR="003D607B" w:rsidRDefault="00000000">
      <w:r>
        <w:t>________________________________________________________________________________</w:t>
      </w:r>
    </w:p>
    <w:p w14:paraId="0A389811" w14:textId="77777777" w:rsidR="003D607B" w:rsidRDefault="00000000">
      <w:r>
        <w:t>________________________________________________________________________________</w:t>
      </w:r>
    </w:p>
    <w:p w14:paraId="382E76FA" w14:textId="77777777" w:rsidR="003D607B" w:rsidRDefault="00000000">
      <w:r>
        <w:t>________________________________________________________________________________</w:t>
      </w:r>
    </w:p>
    <w:p w14:paraId="69973480" w14:textId="77777777" w:rsidR="003D607B" w:rsidRDefault="00000000">
      <w:r>
        <w:t>________________________________________________________________________________</w:t>
      </w:r>
    </w:p>
    <w:p w14:paraId="68C610FA" w14:textId="77777777" w:rsidR="003D607B" w:rsidRDefault="00000000">
      <w:r>
        <w:t>________________________________________________________________________________</w:t>
      </w:r>
    </w:p>
    <w:p w14:paraId="1186380A" w14:textId="77777777" w:rsidR="003D607B" w:rsidRDefault="00000000">
      <w:r>
        <w:t>________________________________________________________________________________</w:t>
      </w:r>
    </w:p>
    <w:p w14:paraId="65209CB7" w14:textId="77777777" w:rsidR="003D607B" w:rsidRDefault="00000000">
      <w:r>
        <w:t>________________________________________________________________________________</w:t>
      </w:r>
    </w:p>
    <w:p w14:paraId="6F27118F" w14:textId="77777777" w:rsidR="004F64F1" w:rsidRDefault="004F64F1">
      <w:pPr>
        <w:rPr>
          <w:b/>
          <w:sz w:val="24"/>
        </w:rPr>
      </w:pPr>
    </w:p>
    <w:p w14:paraId="5DF9E629" w14:textId="77777777" w:rsidR="004F64F1" w:rsidRDefault="004F64F1">
      <w:pPr>
        <w:rPr>
          <w:b/>
          <w:sz w:val="24"/>
        </w:rPr>
      </w:pPr>
    </w:p>
    <w:p w14:paraId="2F290474" w14:textId="48D9936F" w:rsidR="003D607B" w:rsidRDefault="00000000">
      <w:r>
        <w:rPr>
          <w:b/>
          <w:sz w:val="24"/>
        </w:rPr>
        <w:t>Talk to a partner</w:t>
      </w:r>
    </w:p>
    <w:p w14:paraId="539CA62A" w14:textId="77777777" w:rsidR="003D607B" w:rsidRDefault="00000000">
      <w:r>
        <w:t>Find THREE things you have in common.</w:t>
      </w:r>
    </w:p>
    <w:sectPr w:rsidR="003D607B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5605034">
    <w:abstractNumId w:val="8"/>
  </w:num>
  <w:num w:numId="2" w16cid:durableId="1214392586">
    <w:abstractNumId w:val="6"/>
  </w:num>
  <w:num w:numId="3" w16cid:durableId="1273980820">
    <w:abstractNumId w:val="5"/>
  </w:num>
  <w:num w:numId="4" w16cid:durableId="419836655">
    <w:abstractNumId w:val="4"/>
  </w:num>
  <w:num w:numId="5" w16cid:durableId="1103526356">
    <w:abstractNumId w:val="7"/>
  </w:num>
  <w:num w:numId="6" w16cid:durableId="877620408">
    <w:abstractNumId w:val="3"/>
  </w:num>
  <w:num w:numId="7" w16cid:durableId="1678188888">
    <w:abstractNumId w:val="2"/>
  </w:num>
  <w:num w:numId="8" w16cid:durableId="1382828967">
    <w:abstractNumId w:val="1"/>
  </w:num>
  <w:num w:numId="9" w16cid:durableId="749279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607B"/>
    <w:rsid w:val="004F64F1"/>
    <w:rsid w:val="00AA1D8D"/>
    <w:rsid w:val="00B47730"/>
    <w:rsid w:val="00CB0664"/>
    <w:rsid w:val="00FC693F"/>
    <w:rsid w:val="00FF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FC25B"/>
  <w14:defaultImageDpi w14:val="300"/>
  <w15:docId w15:val="{87E4A5C0-E9A5-4DE0-83AF-56AB1EA7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Penny St</cp:lastModifiedBy>
  <cp:revision>2</cp:revision>
  <dcterms:created xsi:type="dcterms:W3CDTF">2013-12-23T23:15:00Z</dcterms:created>
  <dcterms:modified xsi:type="dcterms:W3CDTF">2026-09-13T09:39:00Z</dcterms:modified>
  <cp:category/>
</cp:coreProperties>
</file>