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UNIT 1 – GETTING TO KNOW YOU</w:t>
      </w:r>
    </w:p>
    <w:p>
      <w:pPr>
        <w:jc w:val="center"/>
      </w:pPr>
      <w:r>
        <w:rPr>
          <w:i/>
          <w:sz w:val="21"/>
        </w:rPr>
        <w:t>Vocabulary &amp; Speaking</w:t>
      </w:r>
    </w:p>
    <w:p>
      <w:r>
        <w:rPr>
          <w:b/>
          <w:sz w:val="24"/>
        </w:rPr>
        <w:t>Useful language</w:t>
      </w:r>
    </w:p>
    <w:p>
      <w:r>
        <w:t>• I'm…</w:t>
      </w:r>
    </w:p>
    <w:p>
      <w:r>
        <w:t>• I'm … years old.</w:t>
      </w:r>
    </w:p>
    <w:p>
      <w:r>
        <w:t>• I live in…</w:t>
      </w:r>
    </w:p>
    <w:p>
      <w:r>
        <w:t>• My favourite subject is…</w:t>
      </w:r>
    </w:p>
    <w:p>
      <w:r>
        <w:t>• I like…</w:t>
      </w:r>
    </w:p>
    <w:p>
      <w:r>
        <w:t>• I don't like…</w:t>
      </w:r>
    </w:p>
    <w:p>
      <w:r>
        <w:t>• In my free time, I…</w:t>
      </w:r>
    </w:p>
    <w:p>
      <w:r>
        <w:t>• I'm good at…</w:t>
      </w:r>
    </w:p>
    <w:p>
      <w:r>
        <w:rPr>
          <w:b/>
          <w:sz w:val="24"/>
        </w:rPr>
        <w:t>FIND SOMEONE WHO…</w:t>
      </w:r>
    </w:p>
    <w:p>
      <w:r>
        <w:t>Walk around the classroom and ask your classmates questions. Write ONE name for each box.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rPr>
                <w:b/>
              </w:rPr>
              <w:t>Find someone who…</w:t>
            </w:r>
          </w:p>
        </w:tc>
        <w:tc>
          <w:tcPr>
            <w:tcW w:type="dxa" w:w="5156"/>
          </w:tcPr>
          <w:p>
            <w:r>
              <w:rPr>
                <w:b/>
              </w:rPr>
              <w:t>Name</w:t>
            </w:r>
          </w:p>
        </w:tc>
      </w:tr>
      <w:tr>
        <w:tc>
          <w:tcPr>
            <w:tcW w:type="dxa" w:w="5156"/>
          </w:tcPr>
          <w:p>
            <w:r>
              <w:t>likes football</w:t>
            </w:r>
          </w:p>
        </w:tc>
        <w:tc>
          <w:tcPr>
            <w:tcW w:type="dxa" w:w="5156"/>
          </w:tcPr>
          <w:p>
            <w:r>
              <w:t>________________</w:t>
            </w:r>
          </w:p>
        </w:tc>
      </w:tr>
      <w:tr>
        <w:tc>
          <w:tcPr>
            <w:tcW w:type="dxa" w:w="5156"/>
          </w:tcPr>
          <w:p>
            <w:r>
              <w:t>likes reading</w:t>
            </w:r>
          </w:p>
        </w:tc>
        <w:tc>
          <w:tcPr>
            <w:tcW w:type="dxa" w:w="5156"/>
          </w:tcPr>
          <w:p>
            <w:r>
              <w:t>________________</w:t>
            </w:r>
          </w:p>
        </w:tc>
      </w:tr>
      <w:tr>
        <w:tc>
          <w:tcPr>
            <w:tcW w:type="dxa" w:w="5156"/>
          </w:tcPr>
          <w:p>
            <w:r>
              <w:t>plays a musical instrument</w:t>
            </w:r>
          </w:p>
        </w:tc>
        <w:tc>
          <w:tcPr>
            <w:tcW w:type="dxa" w:w="5156"/>
          </w:tcPr>
          <w:p>
            <w:r>
              <w:t>________________</w:t>
            </w:r>
          </w:p>
        </w:tc>
      </w:tr>
      <w:tr>
        <w:tc>
          <w:tcPr>
            <w:tcW w:type="dxa" w:w="5156"/>
          </w:tcPr>
          <w:p>
            <w:r>
              <w:t>has got a pet</w:t>
            </w:r>
          </w:p>
        </w:tc>
        <w:tc>
          <w:tcPr>
            <w:tcW w:type="dxa" w:w="5156"/>
          </w:tcPr>
          <w:p>
            <w:r>
              <w:t>________________</w:t>
            </w:r>
          </w:p>
        </w:tc>
      </w:tr>
      <w:tr>
        <w:tc>
          <w:tcPr>
            <w:tcW w:type="dxa" w:w="5156"/>
          </w:tcPr>
          <w:p>
            <w:r>
              <w:t>likes computer games</w:t>
            </w:r>
          </w:p>
        </w:tc>
        <w:tc>
          <w:tcPr>
            <w:tcW w:type="dxa" w:w="5156"/>
          </w:tcPr>
          <w:p>
            <w:r>
              <w:t>________________</w:t>
            </w:r>
          </w:p>
        </w:tc>
      </w:tr>
      <w:tr>
        <w:tc>
          <w:tcPr>
            <w:tcW w:type="dxa" w:w="5156"/>
          </w:tcPr>
          <w:p>
            <w:r>
              <w:t>likes drawing</w:t>
            </w:r>
          </w:p>
        </w:tc>
        <w:tc>
          <w:tcPr>
            <w:tcW w:type="dxa" w:w="5156"/>
          </w:tcPr>
          <w:p>
            <w:r>
              <w:t>________________</w:t>
            </w:r>
          </w:p>
        </w:tc>
      </w:tr>
    </w:tbl>
    <w:p>
      <w:r>
        <w:rPr>
          <w:b/>
          <w:sz w:val="24"/>
        </w:rPr>
        <w:t>PAIR INTERVIEW</w:t>
      </w:r>
    </w:p>
    <w:p>
      <w:r>
        <w:t>• What's your name?</w:t>
      </w:r>
    </w:p>
    <w:p>
      <w:r>
        <w:t>• Where do you live?</w:t>
      </w:r>
    </w:p>
    <w:p>
      <w:r>
        <w:t>• What's your favourite school subject?</w:t>
      </w:r>
    </w:p>
    <w:p>
      <w:r>
        <w:t>• What do you do in your free time?</w:t>
      </w:r>
    </w:p>
    <w:p>
      <w:r>
        <w:t>• What are you good at?</w:t>
      </w:r>
    </w:p>
    <w:p>
      <w:r>
        <w:rPr>
          <w:b/>
          <w:sz w:val="24"/>
        </w:rPr>
        <w:t>Challenge</w:t>
      </w:r>
    </w:p>
    <w:p>
      <w:r>
        <w:t>Introduce your partner to the class in 3–4 sentences.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