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48D0" w14:textId="77777777" w:rsidR="00BA5E15" w:rsidRDefault="00000000">
      <w:pPr>
        <w:jc w:val="center"/>
      </w:pPr>
      <w:r>
        <w:rPr>
          <w:b/>
          <w:sz w:val="36"/>
        </w:rPr>
        <w:t>ENGLISH DIAGNOSTIC CHECK-UP</w:t>
      </w:r>
    </w:p>
    <w:p w14:paraId="7A0B08FC" w14:textId="77777777" w:rsidR="00BA5E15" w:rsidRDefault="00000000">
      <w:pPr>
        <w:jc w:val="center"/>
      </w:pPr>
      <w:r>
        <w:rPr>
          <w:b/>
        </w:rPr>
        <w:t>A΄ GYMNASIUM – ADVANCED</w:t>
      </w:r>
    </w:p>
    <w:p w14:paraId="146498F2" w14:textId="77777777" w:rsidR="00BA5E15" w:rsidRDefault="00000000">
      <w:pPr>
        <w:jc w:val="center"/>
      </w:pPr>
      <w:r>
        <w:rPr>
          <w:i/>
        </w:rPr>
        <w:t>Let's see what you already know!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3510"/>
        <w:gridCol w:w="3510"/>
      </w:tblGrid>
      <w:tr w:rsidR="00BA5E15" w14:paraId="1FF15CA6" w14:textId="77777777">
        <w:trPr>
          <w:jc w:val="center"/>
        </w:trPr>
        <w:tc>
          <w:tcPr>
            <w:tcW w:w="3513" w:type="dxa"/>
          </w:tcPr>
          <w:p w14:paraId="724C36E1" w14:textId="77777777" w:rsidR="00BA5E15" w:rsidRDefault="00000000">
            <w:r>
              <w:t>Name</w:t>
            </w:r>
            <w:r>
              <w:br/>
            </w:r>
            <w:sdt>
              <w:sdtPr>
                <w:alias w:val="Type here"/>
                <w:tag w:val="Type_here"/>
                <w:id w:val="-521321045"/>
              </w:sdtPr>
              <w:sdtContent>
                <w:r>
                  <w:t>Type here</w:t>
                </w:r>
              </w:sdtContent>
            </w:sdt>
          </w:p>
        </w:tc>
        <w:tc>
          <w:tcPr>
            <w:tcW w:w="3513" w:type="dxa"/>
          </w:tcPr>
          <w:p w14:paraId="70E25411" w14:textId="77777777" w:rsidR="00BA5E15" w:rsidRDefault="00000000">
            <w:r>
              <w:t>Class</w:t>
            </w:r>
            <w:r>
              <w:br/>
            </w:r>
            <w:sdt>
              <w:sdtPr>
                <w:alias w:val="Type here"/>
                <w:tag w:val="Type_here"/>
                <w:id w:val="-229855742"/>
              </w:sdtPr>
              <w:sdtContent>
                <w:r>
                  <w:t>Type here</w:t>
                </w:r>
              </w:sdtContent>
            </w:sdt>
          </w:p>
        </w:tc>
        <w:tc>
          <w:tcPr>
            <w:tcW w:w="3513" w:type="dxa"/>
          </w:tcPr>
          <w:p w14:paraId="35BFF39B" w14:textId="77777777" w:rsidR="00BA5E15" w:rsidRDefault="00000000">
            <w:r>
              <w:t>Date</w:t>
            </w:r>
            <w:r>
              <w:br/>
            </w:r>
            <w:sdt>
              <w:sdtPr>
                <w:alias w:val="Type here"/>
                <w:tag w:val="Type_here"/>
                <w:id w:val="-469443732"/>
              </w:sdtPr>
              <w:sdtContent>
                <w:r>
                  <w:t>Type here</w:t>
                </w:r>
              </w:sdtContent>
            </w:sdt>
          </w:p>
        </w:tc>
      </w:tr>
    </w:tbl>
    <w:p w14:paraId="097C0FE5" w14:textId="77777777" w:rsidR="00BA5E15" w:rsidRDefault="00000000">
      <w:r>
        <w:t>Time: about 20 minutes   |   This is a diagnostic check-up, not a graded test.</w:t>
      </w:r>
    </w:p>
    <w:p w14:paraId="777A7185" w14:textId="77777777" w:rsidR="00BA5E15" w:rsidRDefault="00000000">
      <w:r>
        <w:rPr>
          <w:b/>
          <w:sz w:val="25"/>
        </w:rPr>
        <w:t>1. ALL ABOUT ME  (4 points)</w:t>
      </w:r>
    </w:p>
    <w:p w14:paraId="2F61F766" w14:textId="77777777" w:rsidR="00BA5E15" w:rsidRDefault="00000000">
      <w:r>
        <w:t xml:space="preserve">My name is …  </w:t>
      </w:r>
      <w:sdt>
        <w:sdtPr>
          <w:alias w:val="Your answer"/>
          <w:tag w:val="Your_answer"/>
          <w:id w:val="517356649"/>
        </w:sdtPr>
        <w:sdtContent>
          <w:r>
            <w:t>Your answer</w:t>
          </w:r>
        </w:sdtContent>
      </w:sdt>
    </w:p>
    <w:p w14:paraId="5C5CD61A" w14:textId="77777777" w:rsidR="00BA5E15" w:rsidRDefault="00000000">
      <w:r>
        <w:t xml:space="preserve">I am … years old.  </w:t>
      </w:r>
      <w:sdt>
        <w:sdtPr>
          <w:alias w:val="Your answer"/>
          <w:tag w:val="Your_answer"/>
          <w:id w:val="-625771346"/>
        </w:sdtPr>
        <w:sdtContent>
          <w:r>
            <w:t>Your answer</w:t>
          </w:r>
        </w:sdtContent>
      </w:sdt>
    </w:p>
    <w:p w14:paraId="708E794F" w14:textId="77777777" w:rsidR="00BA5E15" w:rsidRDefault="00000000">
      <w:r>
        <w:t xml:space="preserve">I live in …  </w:t>
      </w:r>
      <w:sdt>
        <w:sdtPr>
          <w:alias w:val="Your answer"/>
          <w:tag w:val="Your_answer"/>
          <w:id w:val="-1977751749"/>
        </w:sdtPr>
        <w:sdtContent>
          <w:r>
            <w:t>Your answer</w:t>
          </w:r>
        </w:sdtContent>
      </w:sdt>
    </w:p>
    <w:p w14:paraId="24D0D20C" w14:textId="77777777" w:rsidR="00BA5E15" w:rsidRDefault="00000000">
      <w:r>
        <w:t xml:space="preserve">My favourite subject is …  </w:t>
      </w:r>
      <w:sdt>
        <w:sdtPr>
          <w:alias w:val="Your answer"/>
          <w:tag w:val="Your_answer"/>
          <w:id w:val="512419636"/>
        </w:sdtPr>
        <w:sdtContent>
          <w:r>
            <w:t>Your answer</w:t>
          </w:r>
        </w:sdtContent>
      </w:sdt>
    </w:p>
    <w:p w14:paraId="7A16E40F" w14:textId="77777777" w:rsidR="00BA5E15" w:rsidRDefault="00000000">
      <w:r>
        <w:rPr>
          <w:b/>
          <w:sz w:val="25"/>
        </w:rPr>
        <w:t>2. CHOOSE THE CORRECT ANSWER  (5 points)</w:t>
      </w:r>
    </w:p>
    <w:p w14:paraId="5B37FB26" w14:textId="77777777" w:rsidR="00BA5E15" w:rsidRDefault="00000000">
      <w:r>
        <w:rPr>
          <w:b/>
        </w:rPr>
        <w:t>1. My name ___ Maria.</w:t>
      </w:r>
    </w:p>
    <w:p w14:paraId="0DAAC9A2" w14:textId="77777777" w:rsidR="00BA5E15" w:rsidRDefault="00000000">
      <w:r>
        <w:t>a) am     b) is     c) are</w:t>
      </w:r>
    </w:p>
    <w:p w14:paraId="6C0603BF" w14:textId="77777777" w:rsidR="00BA5E15" w:rsidRDefault="00000000">
      <w:r>
        <w:rPr>
          <w:b/>
        </w:rPr>
        <w:t>2. I ___ football every Saturday.</w:t>
      </w:r>
    </w:p>
    <w:p w14:paraId="3DCAA38F" w14:textId="77777777" w:rsidR="00BA5E15" w:rsidRDefault="00000000">
      <w:r>
        <w:t>a) play     b) plays     c) am playing</w:t>
      </w:r>
    </w:p>
    <w:p w14:paraId="21F17174" w14:textId="77777777" w:rsidR="00BA5E15" w:rsidRDefault="00000000">
      <w:r>
        <w:rPr>
          <w:b/>
        </w:rPr>
        <w:t>3. Look! Tom ___ a book.</w:t>
      </w:r>
    </w:p>
    <w:p w14:paraId="469A3413" w14:textId="77777777" w:rsidR="00BA5E15" w:rsidRDefault="00000000">
      <w:r>
        <w:t>a) reads     b) read     c) is reading</w:t>
      </w:r>
    </w:p>
    <w:p w14:paraId="24CC9AF0" w14:textId="77777777" w:rsidR="00BA5E15" w:rsidRDefault="00000000">
      <w:r>
        <w:rPr>
          <w:b/>
        </w:rPr>
        <w:t>4. ___ you got a brother?</w:t>
      </w:r>
    </w:p>
    <w:p w14:paraId="5860C174" w14:textId="77777777" w:rsidR="00BA5E15" w:rsidRDefault="00000000">
      <w:r>
        <w:t>a) Are     b) Have     c) Has</w:t>
      </w:r>
    </w:p>
    <w:p w14:paraId="12EA57EF" w14:textId="77777777" w:rsidR="00BA5E15" w:rsidRDefault="00000000">
      <w:r>
        <w:rPr>
          <w:b/>
        </w:rPr>
        <w:t>5. We go to school ___ Monday.</w:t>
      </w:r>
    </w:p>
    <w:p w14:paraId="433C28AB" w14:textId="77777777" w:rsidR="00BA5E15" w:rsidRDefault="00000000">
      <w:r>
        <w:t>a) in     b) at     c) on</w:t>
      </w:r>
    </w:p>
    <w:p w14:paraId="75F0EE7A" w14:textId="77777777" w:rsidR="00BA5E15" w:rsidRDefault="00000000">
      <w:r>
        <w:rPr>
          <w:b/>
          <w:sz w:val="25"/>
        </w:rPr>
        <w:t>3. EVERYDAY ENGLISH  (4 points)</w:t>
      </w:r>
    </w:p>
    <w:p w14:paraId="36F9ADAA" w14:textId="77777777" w:rsidR="00BA5E15" w:rsidRDefault="00000000">
      <w:r>
        <w:t xml:space="preserve">6. My best friend ___ very funny.  </w:t>
      </w:r>
      <w:sdt>
        <w:sdtPr>
          <w:alias w:val="Type one word"/>
          <w:tag w:val="Type_one_word"/>
          <w:id w:val="767732872"/>
        </w:sdtPr>
        <w:sdtContent>
          <w:r>
            <w:t>Type one word</w:t>
          </w:r>
        </w:sdtContent>
      </w:sdt>
    </w:p>
    <w:p w14:paraId="2388299A" w14:textId="77777777" w:rsidR="00BA5E15" w:rsidRDefault="00000000">
      <w:r>
        <w:t xml:space="preserve">7. We ___ two English lessons every week.  </w:t>
      </w:r>
      <w:sdt>
        <w:sdtPr>
          <w:alias w:val="Type one word"/>
          <w:tag w:val="Type_one_word"/>
          <w:id w:val="1052573447"/>
        </w:sdtPr>
        <w:sdtContent>
          <w:r>
            <w:t>Type one word</w:t>
          </w:r>
        </w:sdtContent>
      </w:sdt>
    </w:p>
    <w:p w14:paraId="39B0C06D" w14:textId="77777777" w:rsidR="00BA5E15" w:rsidRDefault="00000000">
      <w:r>
        <w:t xml:space="preserve">8. I live ___ Greece.  </w:t>
      </w:r>
      <w:sdt>
        <w:sdtPr>
          <w:alias w:val="Type one word"/>
          <w:tag w:val="Type_one_word"/>
          <w:id w:val="583334459"/>
        </w:sdtPr>
        <w:sdtContent>
          <w:r>
            <w:t>Type one word</w:t>
          </w:r>
        </w:sdtContent>
      </w:sdt>
    </w:p>
    <w:p w14:paraId="4CD2FA60" w14:textId="77777777" w:rsidR="00BA5E15" w:rsidRDefault="00000000">
      <w:r>
        <w:t xml:space="preserve">9. I usually ___ to school by bus.  </w:t>
      </w:r>
      <w:sdt>
        <w:sdtPr>
          <w:alias w:val="Type one word"/>
          <w:tag w:val="Type_one_word"/>
          <w:id w:val="636530566"/>
        </w:sdtPr>
        <w:sdtContent>
          <w:r>
            <w:t>Type one word</w:t>
          </w:r>
        </w:sdtContent>
      </w:sdt>
    </w:p>
    <w:p w14:paraId="4EEA4C06" w14:textId="77777777" w:rsidR="00CF38BE" w:rsidRDefault="00CF38BE">
      <w:pPr>
        <w:rPr>
          <w:b/>
          <w:sz w:val="25"/>
          <w:lang w:val="el-GR"/>
        </w:rPr>
      </w:pPr>
    </w:p>
    <w:p w14:paraId="206C9D29" w14:textId="77777777" w:rsidR="00CF38BE" w:rsidRDefault="00CF38BE">
      <w:pPr>
        <w:rPr>
          <w:b/>
          <w:sz w:val="25"/>
          <w:lang w:val="el-GR"/>
        </w:rPr>
      </w:pPr>
    </w:p>
    <w:p w14:paraId="05F74265" w14:textId="77777777" w:rsidR="00CF38BE" w:rsidRDefault="00CF38BE">
      <w:pPr>
        <w:rPr>
          <w:b/>
          <w:sz w:val="25"/>
          <w:lang w:val="el-GR"/>
        </w:rPr>
      </w:pPr>
    </w:p>
    <w:p w14:paraId="54DC1A7A" w14:textId="7BCFC774" w:rsidR="00BA5E15" w:rsidRDefault="00000000">
      <w:r>
        <w:rPr>
          <w:b/>
          <w:sz w:val="25"/>
        </w:rPr>
        <w:lastRenderedPageBreak/>
        <w:t xml:space="preserve">4. QUICK </w:t>
      </w:r>
      <w:r w:rsidR="00CF38BE">
        <w:rPr>
          <w:b/>
          <w:sz w:val="25"/>
        </w:rPr>
        <w:t>READING (</w:t>
      </w:r>
      <w:r>
        <w:rPr>
          <w:b/>
          <w:sz w:val="25"/>
        </w:rPr>
        <w:t>3 points)</w:t>
      </w:r>
    </w:p>
    <w:p w14:paraId="1AF09FDA" w14:textId="77777777" w:rsidR="00BA5E15" w:rsidRDefault="00000000">
      <w:r>
        <w:t>Hi! I'm Lucy. I'm 12 years old and I live in a small town near the sea. My favourite subject is English. I like music and I usually play volleyball with my friends after school. At the weekend, I often watch films with my family.</w:t>
      </w:r>
    </w:p>
    <w:p w14:paraId="1C312665" w14:textId="77777777" w:rsidR="00BA5E15" w:rsidRDefault="00000000">
      <w:r>
        <w:t xml:space="preserve">10. How old is Lucy?  </w:t>
      </w:r>
      <w:sdt>
        <w:sdtPr>
          <w:alias w:val="Your answer"/>
          <w:tag w:val="Your_answer"/>
          <w:id w:val="126053515"/>
        </w:sdtPr>
        <w:sdtContent>
          <w:r>
            <w:t>Your answer</w:t>
          </w:r>
        </w:sdtContent>
      </w:sdt>
    </w:p>
    <w:p w14:paraId="249AAD03" w14:textId="77777777" w:rsidR="00BA5E15" w:rsidRDefault="00000000">
      <w:r>
        <w:t xml:space="preserve">11. What is her favourite subject?  </w:t>
      </w:r>
      <w:sdt>
        <w:sdtPr>
          <w:alias w:val="Your answer"/>
          <w:tag w:val="Your_answer"/>
          <w:id w:val="1972472524"/>
        </w:sdtPr>
        <w:sdtContent>
          <w:r>
            <w:t>Your answer</w:t>
          </w:r>
        </w:sdtContent>
      </w:sdt>
    </w:p>
    <w:p w14:paraId="5CEC0808" w14:textId="77777777" w:rsidR="00BA5E15" w:rsidRDefault="00000000">
      <w:r>
        <w:t xml:space="preserve">12. What does she usually do after school?  </w:t>
      </w:r>
      <w:sdt>
        <w:sdtPr>
          <w:alias w:val="Your answer"/>
          <w:tag w:val="Your_answer"/>
          <w:id w:val="588429631"/>
        </w:sdtPr>
        <w:sdtContent>
          <w:r>
            <w:t>Your answer</w:t>
          </w:r>
        </w:sdtContent>
      </w:sdt>
    </w:p>
    <w:p w14:paraId="0CFF3F3E" w14:textId="77777777" w:rsidR="00CF38BE" w:rsidRDefault="00CF38BE">
      <w:pPr>
        <w:rPr>
          <w:b/>
          <w:sz w:val="25"/>
          <w:lang w:val="el-GR"/>
        </w:rPr>
      </w:pPr>
    </w:p>
    <w:p w14:paraId="5B451EB5" w14:textId="77777777" w:rsidR="00CF38BE" w:rsidRDefault="00CF38BE">
      <w:pPr>
        <w:rPr>
          <w:b/>
          <w:sz w:val="25"/>
          <w:lang w:val="el-GR"/>
        </w:rPr>
      </w:pPr>
    </w:p>
    <w:p w14:paraId="65FD00BB" w14:textId="3729D7B5" w:rsidR="00BA5E15" w:rsidRDefault="00000000">
      <w:r>
        <w:rPr>
          <w:b/>
          <w:sz w:val="25"/>
        </w:rPr>
        <w:t>5. YOU!  (4 points)</w:t>
      </w:r>
    </w:p>
    <w:p w14:paraId="3612005E" w14:textId="77777777" w:rsidR="00BA5E15" w:rsidRDefault="00000000">
      <w:r>
        <w:t>Write 4–5 sentences about yourself. You can write about your age, where you live, your favourite subject, your hobbies and your free time.</w:t>
      </w:r>
    </w:p>
    <w:p w14:paraId="6BA4E858" w14:textId="77777777" w:rsidR="00BA5E15" w:rsidRDefault="00000000">
      <w:sdt>
        <w:sdtPr>
          <w:alias w:val="Type your sentence here"/>
          <w:tag w:val="Type_your_sentence_here"/>
          <w:id w:val="-130637459"/>
        </w:sdtPr>
        <w:sdtContent>
          <w:r>
            <w:t>Type your sentence here</w:t>
          </w:r>
        </w:sdtContent>
      </w:sdt>
    </w:p>
    <w:p w14:paraId="30725BC6" w14:textId="77777777" w:rsidR="00BA5E15" w:rsidRDefault="00000000">
      <w:sdt>
        <w:sdtPr>
          <w:alias w:val="Type your sentence here"/>
          <w:tag w:val="Type_your_sentence_here"/>
          <w:id w:val="772291117"/>
        </w:sdtPr>
        <w:sdtContent>
          <w:r>
            <w:t>Type your sentence here</w:t>
          </w:r>
        </w:sdtContent>
      </w:sdt>
    </w:p>
    <w:p w14:paraId="2E3792AC" w14:textId="77777777" w:rsidR="00BA5E15" w:rsidRDefault="00000000">
      <w:sdt>
        <w:sdtPr>
          <w:alias w:val="Type your sentence here"/>
          <w:tag w:val="Type_your_sentence_here"/>
          <w:id w:val="536935823"/>
        </w:sdtPr>
        <w:sdtContent>
          <w:r>
            <w:t>Type your sentence here</w:t>
          </w:r>
        </w:sdtContent>
      </w:sdt>
    </w:p>
    <w:p w14:paraId="25029EDD" w14:textId="77777777" w:rsidR="00BA5E15" w:rsidRDefault="00000000">
      <w:sdt>
        <w:sdtPr>
          <w:alias w:val="Type your sentence here"/>
          <w:tag w:val="Type_your_sentence_here"/>
          <w:id w:val="-1146581117"/>
        </w:sdtPr>
        <w:sdtContent>
          <w:r>
            <w:t>Type your sentence here</w:t>
          </w:r>
        </w:sdtContent>
      </w:sdt>
    </w:p>
    <w:p w14:paraId="7095379C" w14:textId="77777777" w:rsidR="00BA5E15" w:rsidRDefault="00000000">
      <w:sdt>
        <w:sdtPr>
          <w:alias w:val="Type your sentence here"/>
          <w:tag w:val="Type_your_sentence_here"/>
          <w:id w:val="-498811341"/>
        </w:sdtPr>
        <w:sdtContent>
          <w:r>
            <w:t>Type your sentence here</w:t>
          </w:r>
        </w:sdtContent>
      </w:sdt>
    </w:p>
    <w:p w14:paraId="0CD4D9AF" w14:textId="77777777" w:rsidR="00CF38BE" w:rsidRDefault="00CF38BE">
      <w:pPr>
        <w:jc w:val="center"/>
        <w:rPr>
          <w:b/>
          <w:lang w:val="el-GR"/>
        </w:rPr>
      </w:pPr>
    </w:p>
    <w:p w14:paraId="5F8029B3" w14:textId="77777777" w:rsidR="00CF38BE" w:rsidRDefault="00CF38BE">
      <w:pPr>
        <w:jc w:val="center"/>
        <w:rPr>
          <w:b/>
          <w:lang w:val="el-GR"/>
        </w:rPr>
      </w:pPr>
    </w:p>
    <w:p w14:paraId="119F4E4D" w14:textId="77777777" w:rsidR="00CF38BE" w:rsidRDefault="00CF38BE">
      <w:pPr>
        <w:jc w:val="center"/>
        <w:rPr>
          <w:b/>
          <w:lang w:val="el-GR"/>
        </w:rPr>
      </w:pPr>
    </w:p>
    <w:p w14:paraId="3053F812" w14:textId="77777777" w:rsidR="00CF38BE" w:rsidRDefault="00CF38BE">
      <w:pPr>
        <w:jc w:val="center"/>
        <w:rPr>
          <w:b/>
          <w:lang w:val="el-GR"/>
        </w:rPr>
      </w:pPr>
    </w:p>
    <w:p w14:paraId="278345C6" w14:textId="278B915A" w:rsidR="00BA5E15" w:rsidRDefault="00000000">
      <w:pPr>
        <w:jc w:val="center"/>
      </w:pPr>
      <w:r>
        <w:rPr>
          <w:b/>
        </w:rPr>
        <w:t>GOOD LUCK! ⭐</w:t>
      </w:r>
    </w:p>
    <w:sectPr w:rsidR="00BA5E15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1433494">
    <w:abstractNumId w:val="8"/>
  </w:num>
  <w:num w:numId="2" w16cid:durableId="1451901122">
    <w:abstractNumId w:val="6"/>
  </w:num>
  <w:num w:numId="3" w16cid:durableId="505947786">
    <w:abstractNumId w:val="5"/>
  </w:num>
  <w:num w:numId="4" w16cid:durableId="767846741">
    <w:abstractNumId w:val="4"/>
  </w:num>
  <w:num w:numId="5" w16cid:durableId="1821847372">
    <w:abstractNumId w:val="7"/>
  </w:num>
  <w:num w:numId="6" w16cid:durableId="969625320">
    <w:abstractNumId w:val="3"/>
  </w:num>
  <w:num w:numId="7" w16cid:durableId="972296207">
    <w:abstractNumId w:val="2"/>
  </w:num>
  <w:num w:numId="8" w16cid:durableId="32076728">
    <w:abstractNumId w:val="1"/>
  </w:num>
  <w:num w:numId="9" w16cid:durableId="15927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5E15"/>
    <w:rsid w:val="00C9223D"/>
    <w:rsid w:val="00CB0664"/>
    <w:rsid w:val="00CF38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70277"/>
  <w14:defaultImageDpi w14:val="300"/>
  <w15:docId w15:val="{66A95B03-3249-41E8-B908-DD2DFE7D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Penny St</cp:lastModifiedBy>
  <cp:revision>2</cp:revision>
  <dcterms:created xsi:type="dcterms:W3CDTF">2026-09-13T07:25:00Z</dcterms:created>
  <dcterms:modified xsi:type="dcterms:W3CDTF">2026-09-13T07:25:00Z</dcterms:modified>
  <cp:category/>
</cp:coreProperties>
</file>