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9270" w14:textId="77777777" w:rsidR="00190C82" w:rsidRDefault="00000000">
      <w:pPr>
        <w:jc w:val="center"/>
      </w:pPr>
      <w:r>
        <w:rPr>
          <w:b/>
          <w:sz w:val="34"/>
        </w:rPr>
        <w:t>🕵️ WHO AM I? – THE MYSTERY PROFILE</w:t>
      </w:r>
    </w:p>
    <w:p w14:paraId="117A67A9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i/>
          <w:iCs/>
          <w:color w:val="000000"/>
          <w:sz w:val="22"/>
          <w:szCs w:val="22"/>
          <w:lang w:val="en-US"/>
        </w:rPr>
        <w:t>UNIT 1 – MY WORLD | Writing + Reading + Speaking</w:t>
      </w:r>
    </w:p>
    <w:p w14:paraId="1FE776F8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Write about yourself, but don't tell us your name! Your classmates will read your profile and try to guess who you are.</w:t>
      </w:r>
    </w:p>
    <w:p w14:paraId="6E23BCA2" w14:textId="77777777" w:rsidR="00190C82" w:rsidRDefault="00000000">
      <w:pPr>
        <w:jc w:val="center"/>
      </w:pPr>
      <w:r>
        <w:rPr>
          <w:i/>
        </w:rPr>
        <w:t>UNIT 1 – MY WORLD | Writing + Reading + Speaking</w:t>
      </w:r>
    </w:p>
    <w:p w14:paraId="6C088D0F" w14:textId="77777777" w:rsidR="00190C82" w:rsidRDefault="00000000">
      <w:r>
        <w:t>Write about yourself, but don't tell us your name! Your classmates will read your profile and try to guess who you are.</w:t>
      </w:r>
    </w:p>
    <w:p w14:paraId="1F185C2E" w14:textId="77777777" w:rsidR="00190C82" w:rsidRDefault="00000000" w:rsidP="00F9508D">
      <w:pPr>
        <w:spacing w:after="0"/>
        <w:rPr>
          <w:b/>
          <w:sz w:val="25"/>
          <w:lang w:val="el-GR"/>
        </w:rPr>
      </w:pPr>
      <w:r>
        <w:rPr>
          <w:b/>
          <w:sz w:val="25"/>
        </w:rPr>
        <w:t>🟢 LEVEL 1 – SUPPORT</w:t>
      </w:r>
    </w:p>
    <w:p w14:paraId="6F90679E" w14:textId="143F1570" w:rsid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rFonts w:ascii="Cambria" w:hAnsi="Cambria" w:cs="Arial"/>
          <w:i/>
          <w:iCs/>
          <w:color w:val="000000"/>
          <w:sz w:val="22"/>
          <w:szCs w:val="22"/>
        </w:rPr>
      </w:pPr>
      <w:r w:rsidRPr="00F9508D">
        <w:rPr>
          <w:rFonts w:ascii="Cambria" w:hAnsi="Cambria" w:cs="Arial"/>
          <w:i/>
          <w:iCs/>
          <w:color w:val="000000"/>
          <w:sz w:val="22"/>
          <w:szCs w:val="22"/>
          <w:lang w:val="en-US"/>
        </w:rPr>
        <w:t xml:space="preserve">Write </w:t>
      </w:r>
      <w:r w:rsidRPr="00F9508D">
        <w:rPr>
          <w:rFonts w:ascii="Cambria" w:hAnsi="Cambria" w:cs="Arial"/>
          <w:i/>
          <w:iCs/>
          <w:color w:val="000000"/>
          <w:sz w:val="22"/>
          <w:szCs w:val="22"/>
          <w:lang w:val="en-US"/>
        </w:rPr>
        <w:t>2</w:t>
      </w:r>
      <w:r w:rsidRPr="00F9508D">
        <w:rPr>
          <w:rFonts w:ascii="Cambria" w:hAnsi="Cambria" w:cs="Arial"/>
          <w:i/>
          <w:iCs/>
          <w:color w:val="000000"/>
          <w:sz w:val="22"/>
          <w:szCs w:val="22"/>
          <w:lang w:val="en-US"/>
        </w:rPr>
        <w:t>0–</w:t>
      </w:r>
      <w:r w:rsidRPr="00F9508D">
        <w:rPr>
          <w:rFonts w:ascii="Cambria" w:hAnsi="Cambria" w:cs="Arial"/>
          <w:i/>
          <w:iCs/>
          <w:color w:val="000000"/>
          <w:sz w:val="22"/>
          <w:szCs w:val="22"/>
          <w:lang w:val="en-US"/>
        </w:rPr>
        <w:t>3</w:t>
      </w:r>
      <w:r w:rsidRPr="00F9508D">
        <w:rPr>
          <w:rFonts w:ascii="Cambria" w:hAnsi="Cambria" w:cs="Arial"/>
          <w:i/>
          <w:iCs/>
          <w:color w:val="000000"/>
          <w:sz w:val="22"/>
          <w:szCs w:val="22"/>
          <w:lang w:val="en-US"/>
        </w:rPr>
        <w:t>0 words and give FOUR clues. You may use these sentence starters:</w:t>
      </w:r>
    </w:p>
    <w:p w14:paraId="32E939E8" w14:textId="77777777" w:rsid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rFonts w:ascii="Cambria" w:hAnsi="Cambria" w:cs="Arial"/>
          <w:i/>
          <w:iCs/>
          <w:color w:val="000000"/>
          <w:sz w:val="22"/>
          <w:szCs w:val="22"/>
        </w:rPr>
      </w:pPr>
    </w:p>
    <w:p w14:paraId="3CCDD4E2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"/>
          <w:szCs w:val="2"/>
        </w:rPr>
      </w:pPr>
    </w:p>
    <w:p w14:paraId="11E4136F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• I'm … years old and I live in …</w:t>
      </w:r>
    </w:p>
    <w:p w14:paraId="75CA46B0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• I like / love …</w:t>
      </w:r>
    </w:p>
    <w:p w14:paraId="6C06C512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• I usually … after school.</w:t>
      </w:r>
    </w:p>
    <w:p w14:paraId="5AC33C8C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• I've got …</w:t>
      </w:r>
    </w:p>
    <w:p w14:paraId="0EF6AE30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• I'm good at …</w:t>
      </w:r>
    </w:p>
    <w:p w14:paraId="28852D6C" w14:textId="77777777" w:rsidR="00F9508D" w:rsidRDefault="00F9508D" w:rsidP="00F9508D">
      <w:pPr>
        <w:pStyle w:val="Web"/>
        <w:shd w:val="clear" w:color="auto" w:fill="FFFFFF"/>
        <w:spacing w:before="0" w:beforeAutospacing="0" w:after="0" w:afterAutospacing="0" w:line="480" w:lineRule="auto"/>
        <w:rPr>
          <w:rFonts w:ascii="Cambria" w:hAnsi="Cambria" w:cs="Arial"/>
          <w:color w:val="000000"/>
          <w:sz w:val="22"/>
          <w:szCs w:val="22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• My </w:t>
      </w:r>
      <w:proofErr w:type="spellStart"/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favourite</w:t>
      </w:r>
      <w:proofErr w:type="spellEnd"/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… is </w:t>
      </w:r>
    </w:p>
    <w:p w14:paraId="6E2B564D" w14:textId="77777777" w:rsidR="00F9508D" w:rsidRDefault="00F9508D" w:rsidP="00F9508D">
      <w:pPr>
        <w:pStyle w:val="Web"/>
        <w:shd w:val="clear" w:color="auto" w:fill="FFFFFF"/>
        <w:spacing w:before="0" w:beforeAutospacing="0" w:after="0" w:afterAutospacing="0" w:line="480" w:lineRule="auto"/>
        <w:rPr>
          <w:rFonts w:ascii="Cambria" w:hAnsi="Cambria" w:cs="Arial"/>
          <w:color w:val="000000"/>
          <w:sz w:val="22"/>
          <w:szCs w:val="22"/>
        </w:rPr>
      </w:pPr>
    </w:p>
    <w:p w14:paraId="401DD6BF" w14:textId="77777777" w:rsid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rFonts w:ascii="Cambria" w:hAnsi="Cambria" w:cs="Arial"/>
          <w:color w:val="000000"/>
          <w:sz w:val="22"/>
          <w:szCs w:val="22"/>
        </w:rPr>
      </w:pPr>
    </w:p>
    <w:p w14:paraId="2A81927E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"/>
          <w:szCs w:val="2"/>
        </w:rPr>
      </w:pPr>
    </w:p>
    <w:p w14:paraId="6E751F46" w14:textId="77777777" w:rsidR="00190C82" w:rsidRDefault="00000000">
      <w:pPr>
        <w:rPr>
          <w:b/>
          <w:sz w:val="25"/>
          <w:lang w:val="el-GR"/>
        </w:rPr>
      </w:pPr>
      <w:r>
        <w:rPr>
          <w:b/>
          <w:sz w:val="25"/>
        </w:rPr>
        <w:t>🔵 LEVEL 2 – CHALLENGE</w:t>
      </w:r>
    </w:p>
    <w:p w14:paraId="536E24BC" w14:textId="69573614" w:rsidR="00F9508D" w:rsidRPr="00F9508D" w:rsidRDefault="00F9508D" w:rsidP="00F9508D">
      <w:pPr>
        <w:spacing w:after="0" w:line="240" w:lineRule="auto"/>
        <w:rPr>
          <w:rFonts w:ascii="Cambria" w:hAnsi="Cambria"/>
          <w:i/>
          <w:iCs/>
          <w:color w:val="000000"/>
          <w:sz w:val="22"/>
          <w:shd w:val="clear" w:color="auto" w:fill="FFFFFF"/>
          <w:lang w:val="el-GR"/>
        </w:rPr>
      </w:pPr>
      <w:r w:rsidRPr="00F9508D">
        <w:rPr>
          <w:rFonts w:ascii="Cambria" w:hAnsi="Cambria"/>
          <w:i/>
          <w:iCs/>
          <w:color w:val="000000"/>
          <w:sz w:val="22"/>
          <w:shd w:val="clear" w:color="auto" w:fill="FFFFFF"/>
        </w:rPr>
        <w:t xml:space="preserve">Write </w:t>
      </w:r>
      <w:r w:rsidRPr="00F9508D">
        <w:rPr>
          <w:rFonts w:ascii="Cambria" w:hAnsi="Cambria"/>
          <w:i/>
          <w:iCs/>
          <w:color w:val="000000"/>
          <w:sz w:val="22"/>
          <w:shd w:val="clear" w:color="auto" w:fill="FFFFFF"/>
        </w:rPr>
        <w:t>5</w:t>
      </w:r>
      <w:r w:rsidRPr="00F9508D">
        <w:rPr>
          <w:rFonts w:ascii="Cambria" w:hAnsi="Cambria"/>
          <w:i/>
          <w:iCs/>
          <w:color w:val="000000"/>
          <w:sz w:val="22"/>
          <w:shd w:val="clear" w:color="auto" w:fill="FFFFFF"/>
        </w:rPr>
        <w:t>0–</w:t>
      </w:r>
      <w:r w:rsidRPr="00F9508D">
        <w:rPr>
          <w:rFonts w:ascii="Cambria" w:hAnsi="Cambria"/>
          <w:i/>
          <w:iCs/>
          <w:color w:val="000000"/>
          <w:sz w:val="22"/>
          <w:shd w:val="clear" w:color="auto" w:fill="FFFFFF"/>
        </w:rPr>
        <w:t>7</w:t>
      </w:r>
      <w:r w:rsidRPr="00F9508D">
        <w:rPr>
          <w:rFonts w:ascii="Cambria" w:hAnsi="Cambria"/>
          <w:i/>
          <w:iCs/>
          <w:color w:val="000000"/>
          <w:sz w:val="22"/>
          <w:shd w:val="clear" w:color="auto" w:fill="FFFFFF"/>
        </w:rPr>
        <w:t>0 words and give FIVE or SIX clues. Make the clues interesting. Add details and use at least one of: but, because, also, usually, sometimes.</w:t>
      </w:r>
    </w:p>
    <w:p w14:paraId="3E056139" w14:textId="77777777" w:rsidR="00F9508D" w:rsidRDefault="00F9508D" w:rsidP="00F9508D">
      <w:pPr>
        <w:spacing w:after="0" w:line="240" w:lineRule="auto"/>
        <w:rPr>
          <w:rFonts w:ascii="Cambria" w:hAnsi="Cambria"/>
          <w:color w:val="000000"/>
          <w:sz w:val="22"/>
          <w:shd w:val="clear" w:color="auto" w:fill="FFFFFF"/>
          <w:lang w:val="el-GR"/>
        </w:rPr>
      </w:pPr>
    </w:p>
    <w:p w14:paraId="3E45645E" w14:textId="43841ACF" w:rsidR="00190C82" w:rsidRDefault="00000000" w:rsidP="00F9508D">
      <w:pPr>
        <w:spacing w:line="240" w:lineRule="auto"/>
      </w:pPr>
      <w:r>
        <w:rPr>
          <w:b/>
          <w:sz w:val="25"/>
        </w:rPr>
        <w:t>🔎 PLAN YOUR CLUES</w:t>
      </w:r>
    </w:p>
    <w:p w14:paraId="43F8C3E5" w14:textId="26711B25" w:rsidR="00F9508D" w:rsidRPr="00F9508D" w:rsidRDefault="00F9508D" w:rsidP="00F9508D">
      <w:pPr>
        <w:pStyle w:val="Web"/>
        <w:shd w:val="clear" w:color="auto" w:fill="FFFFFF"/>
        <w:spacing w:before="0" w:beforeAutospacing="0" w:after="20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Clue 1: 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……………………………………………………………………………………………………………………………………………….</w:t>
      </w:r>
    </w:p>
    <w:p w14:paraId="1EE95D5F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20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Clue 2: ……………………………………………………………………………………………………………………………………………….</w:t>
      </w:r>
    </w:p>
    <w:p w14:paraId="60A47D5C" w14:textId="733147D0" w:rsidR="00F9508D" w:rsidRPr="00F9508D" w:rsidRDefault="00F9508D" w:rsidP="00F9508D">
      <w:pPr>
        <w:pStyle w:val="Web"/>
        <w:shd w:val="clear" w:color="auto" w:fill="FFFFFF"/>
        <w:spacing w:before="0" w:beforeAutospacing="0" w:after="20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Clue 3: ……………………………………………………………………………………………………………………………………………….</w:t>
      </w:r>
    </w:p>
    <w:p w14:paraId="285F3A89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20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Clue 4: ……………………………………………………………………………………………………………………………………………….</w:t>
      </w:r>
    </w:p>
    <w:p w14:paraId="758FBF8A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20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Clue 5: ……………………………………………………………………………………………………………………………………………….</w:t>
      </w:r>
    </w:p>
    <w:p w14:paraId="23D8984A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20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Clue 6: ……………………………………………………………………………………………………………………………………………….</w:t>
      </w:r>
    </w:p>
    <w:p w14:paraId="4EFDB6E2" w14:textId="47570581" w:rsidR="00190C82" w:rsidRDefault="00000000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</w:rPr>
      </w:pPr>
      <w:r>
        <w:rPr>
          <w:rFonts w:ascii="Segoe UI Emoji" w:hAnsi="Segoe UI Emoji" w:cs="Segoe UI Emoji"/>
          <w:b/>
          <w:sz w:val="25"/>
        </w:rPr>
        <w:t>📝</w:t>
      </w:r>
      <w:r w:rsidRPr="00F9508D">
        <w:rPr>
          <w:b/>
          <w:sz w:val="25"/>
          <w:lang w:val="en-US"/>
        </w:rPr>
        <w:t xml:space="preserve"> MY MYSTERY PROFILE</w:t>
      </w:r>
    </w:p>
    <w:p w14:paraId="744BE830" w14:textId="77777777" w:rsid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</w:rPr>
      </w:pPr>
    </w:p>
    <w:p w14:paraId="059F9702" w14:textId="1F9B270C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i/>
          <w:iCs/>
          <w:sz w:val="25"/>
          <w:lang w:val="en-US"/>
        </w:rPr>
      </w:pPr>
      <w:r w:rsidRPr="00F9508D"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  <w:lang w:val="en-US"/>
        </w:rPr>
        <w:t>R</w:t>
      </w:r>
      <w:r w:rsidRPr="00F9508D"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  <w:lang w:val="en-US"/>
        </w:rPr>
        <w:t>emember: DO NOT write your name.</w:t>
      </w:r>
    </w:p>
    <w:p w14:paraId="6126EB65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75C3CAED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66CA598D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02693A0A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6433A0BE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47BA1ACA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7D3CA2C8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4DFD940E" w14:textId="77777777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/>
        <w:rPr>
          <w:b/>
          <w:sz w:val="25"/>
          <w:lang w:val="en-US"/>
        </w:rPr>
      </w:pPr>
    </w:p>
    <w:p w14:paraId="5527B4B5" w14:textId="77777777" w:rsidR="00190C82" w:rsidRPr="00F9508D" w:rsidRDefault="00000000">
      <w:pPr>
        <w:rPr>
          <w:b/>
          <w:sz w:val="25"/>
        </w:rPr>
      </w:pPr>
      <w:r>
        <w:rPr>
          <w:b/>
          <w:sz w:val="25"/>
        </w:rPr>
        <w:t>🎯 CLASS GUESSING GAME</w:t>
      </w:r>
    </w:p>
    <w:p w14:paraId="2D611C0D" w14:textId="2287C284" w:rsidR="00F9508D" w:rsidRPr="00F9508D" w:rsidRDefault="00F9508D">
      <w:pPr>
        <w:rPr>
          <w:i/>
          <w:iCs/>
        </w:rPr>
      </w:pPr>
      <w:r w:rsidRPr="00F9508D">
        <w:rPr>
          <w:rFonts w:ascii="Cambria" w:hAnsi="Cambria"/>
          <w:i/>
          <w:iCs/>
          <w:color w:val="000000"/>
          <w:sz w:val="22"/>
          <w:shd w:val="clear" w:color="auto" w:fill="FFFFFF"/>
        </w:rPr>
        <w:t>Your teacher will collect the profiles and may share some of them anonymously. Read the clues and guess the writer.</w:t>
      </w:r>
    </w:p>
    <w:p w14:paraId="05F77D14" w14:textId="242277A3" w:rsidR="00F9508D" w:rsidRPr="00F9508D" w:rsidRDefault="00F9508D" w:rsidP="00F9508D">
      <w:pPr>
        <w:pStyle w:val="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Who do you think it is? </w:t>
      </w:r>
      <w:r>
        <w:rPr>
          <w:rFonts w:ascii="Cambria" w:hAnsi="Cambria" w:cs="Arial"/>
          <w:color w:val="000000"/>
          <w:sz w:val="22"/>
          <w:szCs w:val="22"/>
          <w:lang w:val="en-US"/>
        </w:rPr>
        <w:t>…………………………………………………………………………………………………………………………</w:t>
      </w:r>
    </w:p>
    <w:p w14:paraId="0286189A" w14:textId="7BA37DE3" w:rsidR="00F9508D" w:rsidRPr="00F9508D" w:rsidRDefault="00F9508D" w:rsidP="00F9508D">
      <w:pPr>
        <w:pStyle w:val="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Which clue helped you? </w:t>
      </w:r>
      <w:r>
        <w:rPr>
          <w:rFonts w:ascii="Cambria" w:hAnsi="Cambria" w:cs="Arial"/>
          <w:color w:val="000000"/>
          <w:sz w:val="22"/>
          <w:szCs w:val="22"/>
          <w:lang w:val="en-US"/>
        </w:rPr>
        <w:t>…………………………………………………………………………………………………………………………</w:t>
      </w:r>
    </w:p>
    <w:p w14:paraId="6D6A6A9F" w14:textId="333B6DA5" w:rsidR="00F9508D" w:rsidRPr="00F9508D" w:rsidRDefault="00F9508D" w:rsidP="00F9508D">
      <w:pPr>
        <w:pStyle w:val="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Why did you choose this person? </w:t>
      </w:r>
      <w:r>
        <w:rPr>
          <w:rFonts w:ascii="Cambria" w:hAnsi="Cambria" w:cs="Arial"/>
          <w:color w:val="000000"/>
          <w:sz w:val="22"/>
          <w:szCs w:val="22"/>
          <w:lang w:val="en-US"/>
        </w:rPr>
        <w:t>……………………………………………………………………………………………………………</w:t>
      </w:r>
    </w:p>
    <w:p w14:paraId="7793E886" w14:textId="77777777" w:rsidR="00F9508D" w:rsidRDefault="00F9508D">
      <w:pPr>
        <w:rPr>
          <w:b/>
          <w:sz w:val="25"/>
        </w:rPr>
      </w:pPr>
    </w:p>
    <w:p w14:paraId="5CE4F123" w14:textId="09EA2B83" w:rsidR="00190C82" w:rsidRDefault="00000000">
      <w:r>
        <w:rPr>
          <w:b/>
          <w:sz w:val="25"/>
        </w:rPr>
        <w:t>💻 DIGITAL VERSION</w:t>
      </w:r>
    </w:p>
    <w:p w14:paraId="0B830810" w14:textId="085C3D45" w:rsidR="00F9508D" w:rsidRPr="00F9508D" w:rsidRDefault="00F9508D">
      <w:pPr>
        <w:rPr>
          <w:b/>
          <w:i/>
          <w:iCs/>
          <w:sz w:val="25"/>
        </w:rPr>
      </w:pPr>
      <w:r w:rsidRPr="00F9508D">
        <w:rPr>
          <w:rFonts w:ascii="Cambria" w:hAnsi="Cambria"/>
          <w:i/>
          <w:iCs/>
          <w:color w:val="000000"/>
          <w:sz w:val="22"/>
          <w:shd w:val="clear" w:color="auto" w:fill="FFFFFF"/>
        </w:rPr>
        <w:t>The teacher can turn selected anonymous profiles into an H5P Multiple Choice or Question Set. You will read each mystery profile and choose the classmate you think it describes.</w:t>
      </w:r>
    </w:p>
    <w:p w14:paraId="6D2FE720" w14:textId="77777777" w:rsidR="00F9508D" w:rsidRDefault="00F9508D">
      <w:pPr>
        <w:rPr>
          <w:b/>
          <w:sz w:val="25"/>
        </w:rPr>
      </w:pPr>
    </w:p>
    <w:p w14:paraId="643552CB" w14:textId="3CD908B5" w:rsidR="00190C82" w:rsidRDefault="00000000">
      <w:r>
        <w:rPr>
          <w:b/>
          <w:sz w:val="25"/>
        </w:rPr>
        <w:t>✓ FINAL CHECK</w:t>
      </w:r>
    </w:p>
    <w:p w14:paraId="544D24B0" w14:textId="17A3A1A2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Level 1: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</w:t>
      </w:r>
      <w:r>
        <w:rPr>
          <w:rFonts w:ascii="Cambria" w:hAnsi="Cambria" w:cs="Arial"/>
          <w:color w:val="000000"/>
          <w:sz w:val="22"/>
          <w:szCs w:val="22"/>
          <w:lang w:val="en-US"/>
        </w:rPr>
        <w:t>2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0</w:t>
      </w:r>
      <w:r w:rsidRPr="00F9508D">
        <w:rPr>
          <w:rFonts w:ascii="Cambria" w:hAnsi="Cambria" w:cs="Cambria"/>
          <w:color w:val="000000"/>
          <w:sz w:val="22"/>
          <w:szCs w:val="22"/>
          <w:lang w:val="en-US"/>
        </w:rPr>
        <w:t>–</w:t>
      </w:r>
      <w:r>
        <w:rPr>
          <w:rFonts w:ascii="Cambria" w:hAnsi="Cambria" w:cs="Arial"/>
          <w:color w:val="000000"/>
          <w:sz w:val="22"/>
          <w:szCs w:val="22"/>
          <w:lang w:val="en-US"/>
        </w:rPr>
        <w:t>3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0 words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4 clues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no name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clear sentences</w:t>
      </w:r>
    </w:p>
    <w:p w14:paraId="2E855EDD" w14:textId="0D6BDB9A" w:rsidR="00F9508D" w:rsidRPr="00F9508D" w:rsidRDefault="00F9508D" w:rsidP="00F9508D">
      <w:pPr>
        <w:pStyle w:val="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"/>
          <w:szCs w:val="2"/>
          <w:lang w:val="en-US"/>
        </w:rPr>
      </w:pP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Level 2: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</w:t>
      </w:r>
      <w:r>
        <w:rPr>
          <w:rFonts w:ascii="Cambria" w:hAnsi="Cambria" w:cs="Arial"/>
          <w:color w:val="000000"/>
          <w:sz w:val="22"/>
          <w:szCs w:val="22"/>
          <w:lang w:val="en-US"/>
        </w:rPr>
        <w:t>5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>0</w:t>
      </w:r>
      <w:r w:rsidRPr="00F9508D">
        <w:rPr>
          <w:rFonts w:ascii="Cambria" w:hAnsi="Cambria" w:cs="Cambria"/>
          <w:color w:val="000000"/>
          <w:sz w:val="22"/>
          <w:szCs w:val="22"/>
          <w:lang w:val="en-US"/>
        </w:rPr>
        <w:t>–</w:t>
      </w:r>
      <w:r>
        <w:rPr>
          <w:rFonts w:ascii="Cambria" w:hAnsi="Cambria" w:cs="Arial"/>
          <w:color w:val="000000"/>
          <w:sz w:val="22"/>
          <w:szCs w:val="22"/>
          <w:lang w:val="en-US"/>
        </w:rPr>
        <w:t>7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0 words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5</w:t>
      </w:r>
      <w:r w:rsidRPr="00F9508D">
        <w:rPr>
          <w:rFonts w:ascii="Cambria" w:hAnsi="Cambria" w:cs="Cambria"/>
          <w:color w:val="000000"/>
          <w:sz w:val="22"/>
          <w:szCs w:val="22"/>
          <w:lang w:val="en-US"/>
        </w:rPr>
        <w:t>–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6 clues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interesting details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no name </w:t>
      </w:r>
      <w:r w:rsidRPr="00F9508D">
        <w:rPr>
          <w:rFonts w:ascii="Segoe UI Symbol" w:hAnsi="Segoe UI Symbol" w:cs="Segoe UI Symbol"/>
          <w:color w:val="000000"/>
          <w:sz w:val="22"/>
          <w:szCs w:val="22"/>
          <w:lang w:val="en-US"/>
        </w:rPr>
        <w:t>☐</w:t>
      </w:r>
      <w:r w:rsidRPr="00F9508D">
        <w:rPr>
          <w:rFonts w:ascii="Cambria" w:hAnsi="Cambria" w:cs="Arial"/>
          <w:color w:val="000000"/>
          <w:sz w:val="22"/>
          <w:szCs w:val="22"/>
          <w:lang w:val="en-US"/>
        </w:rPr>
        <w:t xml:space="preserve"> spelling checked</w:t>
      </w:r>
    </w:p>
    <w:p w14:paraId="1FF3B9FE" w14:textId="61C2B04F" w:rsidR="00190C82" w:rsidRDefault="00190C82"/>
    <w:sectPr w:rsidR="00190C82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3650510">
    <w:abstractNumId w:val="8"/>
  </w:num>
  <w:num w:numId="2" w16cid:durableId="265885694">
    <w:abstractNumId w:val="6"/>
  </w:num>
  <w:num w:numId="3" w16cid:durableId="1517573847">
    <w:abstractNumId w:val="5"/>
  </w:num>
  <w:num w:numId="4" w16cid:durableId="2755617">
    <w:abstractNumId w:val="4"/>
  </w:num>
  <w:num w:numId="5" w16cid:durableId="723800084">
    <w:abstractNumId w:val="7"/>
  </w:num>
  <w:num w:numId="6" w16cid:durableId="2129737138">
    <w:abstractNumId w:val="3"/>
  </w:num>
  <w:num w:numId="7" w16cid:durableId="113986589">
    <w:abstractNumId w:val="2"/>
  </w:num>
  <w:num w:numId="8" w16cid:durableId="24838848">
    <w:abstractNumId w:val="1"/>
  </w:num>
  <w:num w:numId="9" w16cid:durableId="182832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C82"/>
    <w:rsid w:val="0029639D"/>
    <w:rsid w:val="00326F90"/>
    <w:rsid w:val="00AA1D8D"/>
    <w:rsid w:val="00B47730"/>
    <w:rsid w:val="00BA251C"/>
    <w:rsid w:val="00CB0664"/>
    <w:rsid w:val="00F02BB0"/>
    <w:rsid w:val="00F950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E19F89"/>
  <w14:defaultImageDpi w14:val="300"/>
  <w15:docId w15:val="{4480A2E7-5757-4D6D-B8C8-51255C41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unhideWhenUsed/>
    <w:rsid w:val="00F95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Penny St</cp:lastModifiedBy>
  <cp:revision>2</cp:revision>
  <dcterms:created xsi:type="dcterms:W3CDTF">2026-09-13T12:17:00Z</dcterms:created>
  <dcterms:modified xsi:type="dcterms:W3CDTF">2026-09-13T12:17:00Z</dcterms:modified>
  <cp:category/>
</cp:coreProperties>
</file>